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ゲームジャム敵仕様書：ウナギ</w:t>
      </w:r>
    </w:p>
    <w:p>
      <w:pPr>
        <w:jc w:val="center"/>
      </w:pPr>
      <w:r>
        <w:rPr>
          <w:i/>
          <w:color w:val="595959"/>
        </w:rPr>
        <w:t>クラブ（ピンサー）とウナギに絞った現行敵設計</w:t>
      </w:r>
    </w:p>
    <w:p>
      <w:r>
        <w:rPr>
          <w:b/>
        </w:rPr>
        <w:t>はい、この内容で筋が通っています。</w:t>
      </w:r>
      <w:r>
        <w:t xml:space="preserve"> ウナギは、プレイヤーがその縄張りに留まるほど攻撃性が高まる、繰り返し型の水場エリア脅威として、明確な個性を持つ敵になっています。</w:t>
      </w:r>
    </w:p>
    <w:p>
      <w:r>
        <w:rPr>
          <w:b/>
        </w:rPr>
        <w:t>このコンセプトは実装可能ですが、速度値は実装前に統一しておく必要があります。</w:t>
      </w:r>
      <w:r>
        <w:t xml:space="preserve"> 「0.2」や「0.5」といった数値は、エンジン内の移動速度、秒数、倍率のどれを表すかによって意味が変わります。企画・仕様書では、4段階の固定速度ティアとして整理する方が安全です。</w:t>
      </w:r>
    </w:p>
    <w:p>
      <w:pPr>
        <w:pStyle w:val="Heading1"/>
      </w:pPr>
      <w:r>
        <w:t>更新後の敵構成</w:t>
      </w:r>
    </w:p>
    <w:p>
      <w:pPr>
        <w:pStyle w:val="ListNumber"/>
      </w:pPr>
      <w:r>
        <w:t>クラブ／ピンサー</w:t>
      </w:r>
    </w:p>
    <w:p>
      <w:pPr>
        <w:pStyle w:val="ListNumber"/>
      </w:pPr>
      <w:r>
        <w:t>ウナギ</w:t>
      </w:r>
    </w:p>
    <w:p>
      <w:r>
        <w:rPr>
          <w:b/>
        </w:rPr>
        <w:t>現時点では、これ以上の敵を追加しません。</w:t>
      </w:r>
      <w:r>
        <w:t xml:space="preserve"> クラブは地上での障害・戦闘を担当し、ウナギは水場でのタイミング判断とエリア制御を担当します。</w:t>
      </w:r>
    </w:p>
    <w:p>
      <w:pPr>
        <w:pStyle w:val="Heading1"/>
      </w:pPr>
      <w:r>
        <w:t>ウナギ：基本行動</w:t>
      </w:r>
    </w:p>
    <w:p>
      <w:r>
        <w:t>ウナギは1つの固定された水場ゾーン内に存在し、プレイヤーを横方向のみ追跡します。</w:t>
      </w:r>
    </w:p>
    <w:p>
      <w:pPr>
        <w:jc w:val="center"/>
      </w:pPr>
      <w:r>
        <w:rPr>
          <w:b/>
          <w:color w:val="1F4E79"/>
        </w:rPr>
        <w:t>潜伏 → プレイヤー追跡 → 予兆 → 出現・攻撃 → 無防備状態 → 水中へ戻る → 繰り返し</w:t>
      </w:r>
    </w:p>
    <w:p>
      <w:pPr>
        <w:pStyle w:val="Heading2"/>
      </w:pPr>
      <w:r>
        <w:t>エンカウントの基本ルール</w:t>
      </w:r>
    </w:p>
    <w:p>
      <w:pPr>
        <w:pStyle w:val="ListBullet"/>
      </w:pPr>
      <w:r>
        <w:t>プレイヤーが現在いる画面、エリア、またはエンカウントゾーンには、ウナギを1体だけ配置します。</w:t>
      </w:r>
    </w:p>
    <w:p>
      <w:pPr>
        <w:pStyle w:val="ListBullet"/>
      </w:pPr>
      <w:r>
        <w:t>別の独立したエリアに、別のウナギを配置することは可能です。</w:t>
      </w:r>
    </w:p>
    <w:p>
      <w:pPr>
        <w:pStyle w:val="ListBullet"/>
      </w:pPr>
      <w:r>
        <w:t>同じ有効エリア内で2体のウナギが同時にプレイヤーを攻撃してはいけません。</w:t>
      </w:r>
    </w:p>
    <w:p>
      <w:pPr>
        <w:pStyle w:val="ListBullet"/>
      </w:pPr>
      <w:r>
        <w:t>ウナギは割り当てられた水場エリアの外へ移動できません。</w:t>
      </w:r>
    </w:p>
    <w:p>
      <w:pPr>
        <w:pStyle w:val="ListBullet"/>
      </w:pPr>
      <w:r>
        <w:t>プレイヤーがそのエリア内にいる間、ウナギは水中から横方向に追跡します。</w:t>
      </w:r>
    </w:p>
    <w:p>
      <w:pPr>
        <w:pStyle w:val="ListBullet"/>
      </w:pPr>
      <w:r>
        <w:t>プレイヤーの真下に移動し、そこから出現して食べようとします。</w:t>
      </w:r>
    </w:p>
    <w:p>
      <w:pPr>
        <w:pStyle w:val="Heading1"/>
      </w:pPr>
      <w:r>
        <w:t>攻撃行動</w:t>
      </w:r>
    </w:p>
    <w:p>
      <w:pPr>
        <w:pStyle w:val="Heading2"/>
      </w:pPr>
      <w:r>
        <w:t>出現前の予兆</w:t>
      </w:r>
    </w:p>
    <w:p>
      <w:r>
        <w:t>ウナギは攻撃前に、プレイヤーが認識できる明確な予兆を出す必要があります。</w:t>
      </w:r>
    </w:p>
    <w:p>
      <w:pPr>
        <w:pStyle w:val="ListBullet"/>
      </w:pPr>
      <w:r>
        <w:t>水面に泡が発生する</w:t>
      </w:r>
    </w:p>
    <w:p>
      <w:pPr>
        <w:pStyle w:val="ListBullet"/>
      </w:pPr>
      <w:r>
        <w:t>プレイヤーの下に波紋が広がる</w:t>
      </w:r>
    </w:p>
    <w:p>
      <w:pPr>
        <w:pStyle w:val="ListBullet"/>
      </w:pPr>
      <w:r>
        <w:t>水面下を影が移動する</w:t>
      </w:r>
    </w:p>
    <w:p>
      <w:pPr>
        <w:pStyle w:val="ListBullet"/>
      </w:pPr>
      <w:r>
        <w:t>水面が一時的に揺れる、またはしぶきが上がる</w:t>
      </w:r>
    </w:p>
    <w:p>
      <w:r>
        <w:t>この予兆により、プレイヤーは攻撃地点から移動する時間を得られます。</w:t>
      </w:r>
    </w:p>
    <w:p>
      <w:pPr>
        <w:pStyle w:val="Heading2"/>
      </w:pPr>
      <w:r>
        <w:t>出現攻撃</w:t>
      </w:r>
    </w:p>
    <w:p>
      <w:pPr>
        <w:pStyle w:val="ListBullet"/>
      </w:pPr>
      <w:r>
        <w:t>プレイヤーがウナギの真上にいる場合、プレイヤーは「食べられた」状態になります。</w:t>
      </w:r>
    </w:p>
    <w:p>
      <w:pPr>
        <w:pStyle w:val="ListBullet"/>
      </w:pPr>
      <w:r>
        <w:t>プレイヤーが事前に移動していれば、攻撃は失敗します。</w:t>
      </w:r>
    </w:p>
    <w:p>
      <w:pPr>
        <w:pStyle w:val="ListBullet"/>
      </w:pPr>
      <w:r>
        <w:t>攻撃に失敗した後、ウナギは水中へ戻り始めます。</w:t>
      </w:r>
    </w:p>
    <w:p>
      <w:pPr>
        <w:pStyle w:val="ListBullet"/>
      </w:pPr>
      <w:r>
        <w:t>プレイヤーが同じ水場ゾーン内に留まっている場合、ウナギは再び追跡し、攻撃を繰り返します。</w:t>
      </w:r>
    </w:p>
    <w:p>
      <w:r>
        <w:rPr>
          <w:b/>
        </w:rPr>
        <w:t>「食べられる」とは即死ではなく、大きな時間ペナルティを受けることを意味します。</w:t>
      </w:r>
    </w:p>
    <w:p>
      <w:pPr>
        <w:pStyle w:val="Heading2"/>
      </w:pPr>
      <w:r>
        <w:t>推奨される時間ペナルティ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5472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登場する難易度</w:t>
            </w:r>
          </w:p>
        </w:tc>
        <w:tc>
          <w:tcPr>
            <w:tcW w:type="dxa" w:w="3168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推奨ペナルティ</w:t>
            </w:r>
          </w:p>
        </w:tc>
      </w:tr>
      <w:tr>
        <w:tc>
          <w:tcPr>
            <w:tcW w:type="dxa" w:w="547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比較的簡単なステージ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−8秒</w:t>
            </w:r>
          </w:p>
        </w:tc>
      </w:tr>
      <w:tr>
        <w:tc>
          <w:tcPr>
            <w:tcW w:type="dxa" w:w="547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中難度のステージ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−9秒</w:t>
            </w:r>
          </w:p>
        </w:tc>
      </w:tr>
      <w:tr>
        <w:tc>
          <w:tcPr>
            <w:tcW w:type="dxa" w:w="547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最も難しいステージ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−10秒</w:t>
            </w:r>
          </w:p>
        </w:tc>
      </w:tr>
    </w:tbl>
    <w:p/>
    <w:p>
      <w:r>
        <w:rPr>
          <w:b/>
        </w:rPr>
        <w:t>基本値としては−8秒が最も安全です。</w:t>
      </w:r>
      <w:r>
        <w:t xml:space="preserve"> 制限時間が60秒しかないステージでは、−10秒はかなり重いペナルティになります。</w:t>
      </w:r>
    </w:p>
    <w:p>
      <w:pPr>
        <w:pStyle w:val="Heading1"/>
      </w:pPr>
      <w:r>
        <w:t>ウナギの倒し方</w:t>
      </w:r>
    </w:p>
    <w:p>
      <w:r>
        <w:rPr>
          <w:b/>
        </w:rPr>
        <w:t>ウナギを倒すには、クロー・スワイプを2回当てる必要があります。</w:t>
      </w:r>
      <w:r>
        <w:t xml:space="preserve"> プレイヤーが攻撃できるタイミングは以下のとおりです。</w:t>
      </w:r>
    </w:p>
    <w:p>
      <w:pPr>
        <w:pStyle w:val="ListBullet"/>
      </w:pPr>
      <w:r>
        <w:t>ウナギが完全に水上へ出ている間</w:t>
      </w:r>
    </w:p>
    <w:p>
      <w:pPr>
        <w:pStyle w:val="ListBullet"/>
      </w:pPr>
      <w:r>
        <w:t>攻撃に失敗して無防備になっている間</w:t>
      </w:r>
    </w:p>
    <w:p>
      <w:pPr>
        <w:pStyle w:val="ListBullet"/>
      </w:pPr>
      <w:r>
        <w:t>水中へ戻っている途中</w:t>
      </w:r>
    </w:p>
    <w:p>
      <w:r>
        <w:t>ウナギが完全に水中へ潜っている間は、ダメージを与えられません。</w:t>
      </w:r>
    </w:p>
    <w:p>
      <w:pPr>
        <w:pStyle w:val="Heading2"/>
      </w:pPr>
      <w:r>
        <w:t>ダメージ時のフィードバック案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3168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攻撃回数</w:t>
            </w:r>
          </w:p>
        </w:tc>
        <w:tc>
          <w:tcPr>
            <w:tcW w:type="dxa" w:w="6912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結果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1回目のクロー・スワイプ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ウナギが点滅する、のけぞる、または傷マークが表示される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2回目のクロー・スワイプ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ウナギが倒され、コインを落とす、または水中へ消える</w:t>
            </w:r>
          </w:p>
        </w:tc>
      </w:tr>
    </w:tbl>
    <w:p/>
    <w:p>
      <w:r>
        <w:t>プレイヤーが「あと1回攻撃すれば倒せる」と理解できるように、1回目のダメージ表現を明確にする必要があります。</w:t>
      </w:r>
    </w:p>
    <w:p>
      <w:pPr>
        <w:pStyle w:val="Heading1"/>
      </w:pPr>
      <w:r>
        <w:t>4段階の速度ティア</w:t>
      </w:r>
    </w:p>
    <w:p>
      <w:r>
        <w:rPr>
          <w:b/>
        </w:rPr>
        <w:t>ウナギは攻撃に失敗するたびに速くなりますが、速度を無制限に2倍にし続けるべきではありません。</w:t>
      </w:r>
      <w:r>
        <w:t xml:space="preserve"> 無制限の倍増はすぐに不公平になり、調整も難しくなります。4段階の固定ティアにする方が、実装とテストの両方が簡単です。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1440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ティア</w:t>
            </w:r>
          </w:p>
        </w:tc>
        <w:tc>
          <w:tcPr>
            <w:tcW w:type="dxa" w:w="2880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横方向の追跡速度</w:t>
            </w:r>
          </w:p>
        </w:tc>
        <w:tc>
          <w:tcPr>
            <w:tcW w:type="dxa" w:w="3024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予兆・出現攻撃時間</w:t>
            </w:r>
          </w:p>
        </w:tc>
        <w:tc>
          <w:tcPr>
            <w:tcW w:type="dxa" w:w="2448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水中へ戻る時間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ティア1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遅い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3.0秒</w:t>
            </w:r>
          </w:p>
        </w:tc>
        <w:tc>
          <w:tcPr>
            <w:tcW w:type="dxa" w:w="244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2.0秒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ティア2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やや遅い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2.5秒</w:t>
            </w:r>
          </w:p>
        </w:tc>
        <w:tc>
          <w:tcPr>
            <w:tcW w:type="dxa" w:w="244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1.75秒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ティア3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中〜やや速い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2.0秒</w:t>
            </w:r>
          </w:p>
        </w:tc>
        <w:tc>
          <w:tcPr>
            <w:tcW w:type="dxa" w:w="244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1.5秒</w:t>
            </w:r>
          </w:p>
        </w:tc>
      </w:tr>
      <w:tr>
        <w:tc>
          <w:tcPr>
            <w:tcW w:type="dxa" w:w="144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ティア4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速いが回避可能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1.5秒</w:t>
            </w:r>
          </w:p>
        </w:tc>
        <w:tc>
          <w:tcPr>
            <w:tcW w:type="dxa" w:w="244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1.25秒</w:t>
            </w:r>
          </w:p>
        </w:tc>
      </w:tr>
    </w:tbl>
    <w:p/>
    <w:p>
      <w:r>
        <w:t>ティア4へ到達した後は、それ以上速くなりません。これらの数値は初期案であり、プレイテストによって調整します。</w:t>
      </w:r>
    </w:p>
    <w:p>
      <w:pPr>
        <w:pStyle w:val="Heading2"/>
      </w:pPr>
      <w:r>
        <w:t>速度上昇ルール</w:t>
      </w:r>
    </w:p>
    <w:p>
      <w:pPr>
        <w:pStyle w:val="ListBullet"/>
      </w:pPr>
      <w:r>
        <w:t>1回目の攻撃失敗後：ティア1からティア2へ移行</w:t>
      </w:r>
    </w:p>
    <w:p>
      <w:pPr>
        <w:pStyle w:val="ListBullet"/>
      </w:pPr>
      <w:r>
        <w:t>2回目の攻撃失敗後：ティア2からティア3へ移行</w:t>
      </w:r>
    </w:p>
    <w:p>
      <w:pPr>
        <w:pStyle w:val="ListBullet"/>
      </w:pPr>
      <w:r>
        <w:t>3回目の攻撃失敗後：ティア3からティア4へ移行</w:t>
      </w:r>
    </w:p>
    <w:p>
      <w:pPr>
        <w:pStyle w:val="ListBullet"/>
      </w:pPr>
      <w:r>
        <w:t>4回目以降の攻撃失敗：ティア4を維持</w:t>
      </w:r>
    </w:p>
    <w:p>
      <w:pPr>
        <w:pStyle w:val="Heading1"/>
      </w:pPr>
      <w:r>
        <w:t>リセット条件</w:t>
      </w:r>
    </w:p>
    <w:p>
      <w:r>
        <w:t>以下の条件を満たすと、ウナギはティア1へ戻ります。</w:t>
      </w:r>
    </w:p>
    <w:p>
      <w:pPr>
        <w:pStyle w:val="ListBullet"/>
      </w:pPr>
      <w:r>
        <w:t>プレイヤーが水場またはエンカウントゾーンから安全に離れる</w:t>
      </w:r>
    </w:p>
    <w:p>
      <w:pPr>
        <w:pStyle w:val="ListBullet"/>
      </w:pPr>
      <w:r>
        <w:t>ウナギが画面上から見えなくなる</w:t>
      </w:r>
    </w:p>
    <w:p>
      <w:pPr>
        <w:pStyle w:val="ListBullet"/>
      </w:pPr>
      <w:r>
        <w:t>プレイヤーがウナギを倒す</w:t>
      </w:r>
    </w:p>
    <w:p>
      <w:pPr>
        <w:pStyle w:val="ListBullet"/>
      </w:pPr>
      <w:r>
        <w:t>ステージまたはチェックポイントが再スタートする</w:t>
      </w:r>
    </w:p>
    <w:p>
      <w:r>
        <w:t>プレイヤーが1回の攻撃を避けただけでは、同じエリア内に留まっている限り、速度ティアはリセットされません。</w:t>
      </w:r>
    </w:p>
    <w:p>
      <w:pPr>
        <w:pStyle w:val="Heading1"/>
      </w:pPr>
      <w:r>
        <w:t>コイン収集とのつながり</w:t>
      </w:r>
    </w:p>
    <w:p>
      <w:r>
        <w:rPr>
          <w:b/>
        </w:rPr>
        <w:t>コイン収集はゲームの中心目標であるため、ウナギは必ずコインルートと関連付けます。</w:t>
      </w:r>
      <w:r>
        <w:t xml:space="preserve"> 具体例は以下のとおりです。</w:t>
      </w:r>
    </w:p>
    <w:p>
      <w:pPr>
        <w:pStyle w:val="ListBullet"/>
      </w:pPr>
      <w:r>
        <w:t>水上に並ぶコイン列を守る</w:t>
      </w:r>
    </w:p>
    <w:p>
      <w:pPr>
        <w:pStyle w:val="ListBullet"/>
      </w:pPr>
      <w:r>
        <w:t>高価値のコイン集団を守る</w:t>
      </w:r>
    </w:p>
    <w:p>
      <w:pPr>
        <w:pStyle w:val="ListBullet"/>
      </w:pPr>
      <w:r>
        <w:t>多くのコインがある近道を制御する</w:t>
      </w:r>
    </w:p>
    <w:p>
      <w:pPr>
        <w:pStyle w:val="ListBullet"/>
      </w:pPr>
      <w:r>
        <w:t>倒されたときにコインを落とす</w:t>
      </w:r>
    </w:p>
    <w:p>
      <w:pPr>
        <w:pStyle w:val="ListBullet"/>
      </w:pPr>
      <w:r>
        <w:t>倒すことで隠れたコインを出現させる</w:t>
      </w:r>
    </w:p>
    <w:p>
      <w:pPr>
        <w:pStyle w:val="ListBullet"/>
      </w:pPr>
      <w:r>
        <w:t>安全に離脱するか、追加コインを得るために危険な場所へ残るかを選ばせる</w:t>
      </w:r>
    </w:p>
    <w:p>
      <w:pPr>
        <w:jc w:val="center"/>
      </w:pPr>
      <w:r>
        <w:rPr>
          <w:b/>
          <w:color w:val="C0504D"/>
        </w:rPr>
        <w:t>長く留まれば多くのコインを集められるが、攻撃に失敗するたびにウナギは速くなる。</w:t>
      </w:r>
    </w:p>
    <w:p>
      <w:r>
        <w:t>これにより、新しい複雑なシステムを増やさずに、明確なリスクとリターンを生み出せます。</w:t>
      </w:r>
    </w:p>
    <w:p>
      <w:pPr>
        <w:pStyle w:val="Heading1"/>
      </w:pPr>
      <w:r>
        <w:t>実装しやすいステート構成</w:t>
      </w:r>
    </w:p>
    <w:p>
      <w:r>
        <w:t>プログラム上では、ウナギの行動を以下の少数のステートに分けられます。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3024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ステート</w:t>
            </w:r>
          </w:p>
        </w:tc>
        <w:tc>
          <w:tcPr>
            <w:tcW w:type="dxa" w:w="7056"/>
            <w:vAlign w:val="center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役割</w:t>
            </w:r>
          </w:p>
        </w:tc>
      </w:tr>
      <w:tr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潜伏（Submerged）</w:t>
            </w:r>
          </w:p>
        </w:tc>
        <w:tc>
          <w:tcPr>
            <w:tcW w:type="dxa" w:w="70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水中に隠れ、まだ攻撃しない</w:t>
            </w:r>
          </w:p>
        </w:tc>
      </w:tr>
      <w:tr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追跡（Tracking）</w:t>
            </w:r>
          </w:p>
        </w:tc>
        <w:tc>
          <w:tcPr>
            <w:tcW w:type="dxa" w:w="70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水中でプレイヤーの横位置を追う</w:t>
            </w:r>
          </w:p>
        </w:tc>
      </w:tr>
      <w:tr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予兆（Warning）</w:t>
            </w:r>
          </w:p>
        </w:tc>
        <w:tc>
          <w:tcPr>
            <w:tcW w:type="dxa" w:w="70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泡、波紋、影などを表示する</w:t>
            </w:r>
          </w:p>
        </w:tc>
      </w:tr>
      <w:tr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出現（Emerging）</w:t>
            </w:r>
          </w:p>
        </w:tc>
        <w:tc>
          <w:tcPr>
            <w:tcW w:type="dxa" w:w="70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水上へ上がり、攻撃判定を有効にする</w:t>
            </w:r>
          </w:p>
        </w:tc>
      </w:tr>
      <w:tr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露出（Exposed）</w:t>
            </w:r>
          </w:p>
        </w:tc>
        <w:tc>
          <w:tcPr>
            <w:tcW w:type="dxa" w:w="70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プレイヤーのクロー・スワイプを受けられる</w:t>
            </w:r>
          </w:p>
        </w:tc>
      </w:tr>
      <w:tr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後退（Retreating）</w:t>
            </w:r>
          </w:p>
        </w:tc>
        <w:tc>
          <w:tcPr>
            <w:tcW w:type="dxa" w:w="70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水中へ戻りながら、引き続き攻撃可能</w:t>
            </w:r>
          </w:p>
        </w:tc>
      </w:tr>
      <w:tr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撃破（Defeated）</w:t>
            </w:r>
          </w:p>
        </w:tc>
        <w:tc>
          <w:tcPr>
            <w:tcW w:type="dxa" w:w="70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コインを落とす、または消滅する</w:t>
            </w:r>
          </w:p>
        </w:tc>
      </w:tr>
      <w:tr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リセット（Reset）</w:t>
            </w:r>
          </w:p>
        </w:tc>
        <w:tc>
          <w:tcPr>
            <w:tcW w:type="dxa" w:w="70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Noto Sans CJK JP" w:hAnsi="Noto Sans CJK JP" w:eastAsia="Noto Sans CJK JP"/>
                <w:sz w:val="18"/>
              </w:rPr>
              <w:t>プレイヤーが離れた後、ティア1へ戻る</w:t>
            </w:r>
          </w:p>
        </w:tc>
      </w:tr>
    </w:tbl>
    <w:p/>
    <w:p>
      <w:r>
        <w:t>基本的な歩行敵よりは処理が多いものの、各エリアで有効になるウナギは1体だけであり、敵の種類も2系統に限定されているため、ゲームジャムの範囲内で管理可能です。</w:t>
      </w:r>
    </w:p>
    <w:p>
      <w:pPr>
        <w:pStyle w:val="Heading1"/>
      </w:pPr>
      <w:r>
        <w:t>ウナギ仕様の要約</w:t>
      </w:r>
    </w:p>
    <w:p>
      <w:pPr>
        <w:spacing w:before="80" w:after="80"/>
        <w:ind w:left="504" w:right="360"/>
        <w:shd w:fill="EEF4F8"/>
      </w:pPr>
      <w:r>
        <w:rPr>
          <w:b/>
        </w:rPr>
        <w:t>ウナギは1つの固定された水場ゾーン内で、プレイヤーを横方向に追跡する。一定時間ごとに予兆を出し、プレイヤーの真下から出現する。食べられた場合、即死ではなく約8〜10秒の時間ペナルティを受ける。ウナギはクロー・スワイプを2回当てることで倒せ、出現中または水中へ戻る途中に攻撃できる。攻撃に失敗するたびに4段階の速度ティアを1段階ずつ上昇し、撃破されるか、プレイヤーが安全にエリアから離れるとティア1へ戻る。同じエリア内で有効になるウナギは常に1体だけとする。</w:t>
      </w:r>
    </w:p>
    <w:p>
      <w:r>
        <w:rPr>
          <w:b/>
        </w:rPr>
        <w:t>この設計は一貫性があり、独自性も明確です。</w:t>
      </w:r>
      <w:r>
        <w:t xml:space="preserve"> また、敵構成をクラブ／ピンサーとウナギの2系統に絞ったことで、3日間のゲームジャム向けとして現実的な規模に収まっています。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JP" w:hAnsi="Noto Sans CJK JP" w:eastAsia="Noto Sans CJK JP"/>
        <w:color w:val="757575"/>
        <w:sz w:val="16"/>
      </w:rPr>
      <w:t>Game JAM #1 — 敵・レベル設計メモ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Noto Sans CJK JP" w:hAnsi="Noto Sans CJK JP" w:eastAsia="Noto Sans CJK JP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F4E7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2F559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Noto Sans CJK JP" w:hAnsi="Noto Sans CJK JP" w:eastAsia="Noto Sans CJK JP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Noto Sans CJK JP" w:hAnsi="Noto Sans CJK JP" w:eastAsia="Noto Sans CJK JP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ゲームジャム敵仕様書：ウナギ</dc:title>
  <dc:subject>Game JAM #1 enemy design notes</dc:subject>
  <dc:creator>ChatGPT</dc:creator>
  <cp:keywords>ゲームジャム, ウナギ, 敵設計, レベルデザイン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